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39436" w14:textId="77777777" w:rsidR="00E96B41" w:rsidRPr="00F14F55" w:rsidRDefault="00000000" w:rsidP="00F14F55">
      <w:pPr>
        <w:pStyle w:val="Title"/>
        <w:ind w:right="-630"/>
        <w:rPr>
          <w:sz w:val="40"/>
          <w:szCs w:val="40"/>
        </w:rPr>
      </w:pPr>
      <w:r w:rsidRPr="00F14F55">
        <w:rPr>
          <w:sz w:val="40"/>
          <w:szCs w:val="40"/>
        </w:rPr>
        <w:t>Rotary Sponsor Mentorship Checklist for New Members</w:t>
      </w:r>
    </w:p>
    <w:p w14:paraId="4FF9D7C6" w14:textId="77777777" w:rsidR="00E96B41" w:rsidRDefault="00000000">
      <w:pPr>
        <w:pStyle w:val="Heading1"/>
      </w:pPr>
      <w:r>
        <w:t>Before Induction</w:t>
      </w:r>
    </w:p>
    <w:p w14:paraId="3ED79FF2" w14:textId="77777777" w:rsidR="00E96B41" w:rsidRDefault="00000000">
      <w:pPr>
        <w:pStyle w:val="ListBullet"/>
      </w:pPr>
      <w:r>
        <w:t>Explain Rotary’s mission, values, and structure (international, district, and club level).</w:t>
      </w:r>
    </w:p>
    <w:p w14:paraId="711FD8A8" w14:textId="77777777" w:rsidR="00E96B41" w:rsidRDefault="00000000">
      <w:pPr>
        <w:pStyle w:val="ListBullet"/>
      </w:pPr>
      <w:r>
        <w:t>Discuss the Four-Way Test and what it means in practice.</w:t>
      </w:r>
    </w:p>
    <w:p w14:paraId="6DC7ABC0" w14:textId="77777777" w:rsidR="00E96B41" w:rsidRDefault="00000000">
      <w:pPr>
        <w:pStyle w:val="ListBullet"/>
      </w:pPr>
      <w:r>
        <w:t>Introduce the club’s history, key projects, and service areas.</w:t>
      </w:r>
    </w:p>
    <w:p w14:paraId="2014D538" w14:textId="77777777" w:rsidR="00E96B41" w:rsidRDefault="00000000">
      <w:pPr>
        <w:pStyle w:val="ListBullet"/>
      </w:pPr>
      <w:r>
        <w:t>Provide a copy or link to the club’s bylaws and member handbook.</w:t>
      </w:r>
    </w:p>
    <w:p w14:paraId="5A44918B" w14:textId="77777777" w:rsidR="00E96B41" w:rsidRDefault="00000000">
      <w:pPr>
        <w:pStyle w:val="ListBullet"/>
      </w:pPr>
      <w:r>
        <w:t>Invite them to club meetings, service projects, or socials as a guest.</w:t>
      </w:r>
    </w:p>
    <w:p w14:paraId="13907749" w14:textId="77777777" w:rsidR="00E96B41" w:rsidRDefault="00000000">
      <w:pPr>
        <w:pStyle w:val="ListBullet"/>
      </w:pPr>
      <w:r>
        <w:t>Confirm they understand financial commitments (dues, meals, donations, etc.).</w:t>
      </w:r>
    </w:p>
    <w:p w14:paraId="283CF3AD" w14:textId="77777777" w:rsidR="00E96B41" w:rsidRDefault="00000000">
      <w:pPr>
        <w:pStyle w:val="Heading1"/>
      </w:pPr>
      <w:r>
        <w:t>At Induction</w:t>
      </w:r>
    </w:p>
    <w:p w14:paraId="455D0A9D" w14:textId="77777777" w:rsidR="00E96B41" w:rsidRDefault="00000000">
      <w:pPr>
        <w:pStyle w:val="ListBullet"/>
      </w:pPr>
      <w:r>
        <w:t>Attend the induction ceremony with the new member.</w:t>
      </w:r>
    </w:p>
    <w:p w14:paraId="1D6D0FEA" w14:textId="77777777" w:rsidR="00E96B41" w:rsidRDefault="00000000">
      <w:pPr>
        <w:pStyle w:val="ListBullet"/>
      </w:pPr>
      <w:r>
        <w:t>Introduce them formally to the club and help them feel welcomed.</w:t>
      </w:r>
    </w:p>
    <w:p w14:paraId="7C08468A" w14:textId="77777777" w:rsidR="00E96B41" w:rsidRDefault="00000000">
      <w:pPr>
        <w:pStyle w:val="ListBullet"/>
      </w:pPr>
      <w:r>
        <w:t>Ensure they receive their Rotary pin, badge, and materials.</w:t>
      </w:r>
    </w:p>
    <w:p w14:paraId="648727B9" w14:textId="77777777" w:rsidR="00E96B41" w:rsidRDefault="00000000">
      <w:pPr>
        <w:pStyle w:val="Heading1"/>
      </w:pPr>
      <w:r>
        <w:t>First 30 Days</w:t>
      </w:r>
    </w:p>
    <w:p w14:paraId="300BCD55" w14:textId="77777777" w:rsidR="00E96B41" w:rsidRDefault="00000000">
      <w:pPr>
        <w:pStyle w:val="ListBullet"/>
      </w:pPr>
      <w:r>
        <w:t>Schedule a one-on-one meeting to answer any questions.</w:t>
      </w:r>
    </w:p>
    <w:p w14:paraId="4FD109A6" w14:textId="77777777" w:rsidR="00E96B41" w:rsidRDefault="00000000">
      <w:pPr>
        <w:pStyle w:val="ListBullet"/>
      </w:pPr>
      <w:r>
        <w:t>Introduce them to club officers and committee chairs.</w:t>
      </w:r>
    </w:p>
    <w:p w14:paraId="216C01FE" w14:textId="77777777" w:rsidR="00E96B41" w:rsidRDefault="00000000">
      <w:pPr>
        <w:pStyle w:val="ListBullet"/>
      </w:pPr>
      <w:r>
        <w:t>Help them sign up for MyRotary.org and Rotary Learning Center.</w:t>
      </w:r>
    </w:p>
    <w:p w14:paraId="47953B33" w14:textId="77777777" w:rsidR="00E96B41" w:rsidRDefault="00000000">
      <w:pPr>
        <w:pStyle w:val="ListBullet"/>
      </w:pPr>
      <w:r>
        <w:t>Encourage them to attend different committee meetings to find areas of interest.</w:t>
      </w:r>
    </w:p>
    <w:p w14:paraId="430CE9C5" w14:textId="77777777" w:rsidR="00E96B41" w:rsidRDefault="00000000">
      <w:pPr>
        <w:pStyle w:val="ListBullet"/>
      </w:pPr>
      <w:r>
        <w:t>Review upcoming club events and encourage participation.</w:t>
      </w:r>
    </w:p>
    <w:p w14:paraId="61710707" w14:textId="77777777" w:rsidR="00E96B41" w:rsidRDefault="00000000">
      <w:pPr>
        <w:pStyle w:val="Heading1"/>
      </w:pPr>
      <w:r>
        <w:t>First 3 Months</w:t>
      </w:r>
    </w:p>
    <w:p w14:paraId="482776ED" w14:textId="77777777" w:rsidR="00E96B41" w:rsidRDefault="00000000">
      <w:pPr>
        <w:pStyle w:val="ListBullet"/>
      </w:pPr>
      <w:r>
        <w:t>Check in monthly to discuss how they’re settling in.</w:t>
      </w:r>
    </w:p>
    <w:p w14:paraId="2D0A44B4" w14:textId="77777777" w:rsidR="00E96B41" w:rsidRDefault="00000000">
      <w:pPr>
        <w:pStyle w:val="ListBullet"/>
      </w:pPr>
      <w:r>
        <w:t>Encourage them to volunteer for at least one service or fundraising activity.</w:t>
      </w:r>
    </w:p>
    <w:p w14:paraId="7DFA88BA" w14:textId="77777777" w:rsidR="00E96B41" w:rsidRDefault="00000000">
      <w:pPr>
        <w:pStyle w:val="ListBullet"/>
      </w:pPr>
      <w:r>
        <w:t>Invite them to attend a district meeting, conference, or training seminar.</w:t>
      </w:r>
    </w:p>
    <w:p w14:paraId="0F5C3186" w14:textId="77777777" w:rsidR="00E96B41" w:rsidRDefault="00000000">
      <w:pPr>
        <w:pStyle w:val="ListBullet"/>
      </w:pPr>
      <w:r>
        <w:t>Encourage fellowship and making connections with other members.</w:t>
      </w:r>
    </w:p>
    <w:p w14:paraId="5EE48F02" w14:textId="77777777" w:rsidR="00E96B41" w:rsidRDefault="00000000">
      <w:pPr>
        <w:pStyle w:val="Heading1"/>
      </w:pPr>
      <w:r>
        <w:t>First 6 Months</w:t>
      </w:r>
    </w:p>
    <w:p w14:paraId="014F3BD0" w14:textId="77777777" w:rsidR="00E96B41" w:rsidRDefault="00000000">
      <w:pPr>
        <w:pStyle w:val="ListBullet"/>
      </w:pPr>
      <w:r>
        <w:t>Help them identify a committee or role they’d like to serve in.</w:t>
      </w:r>
    </w:p>
    <w:p w14:paraId="57B6463F" w14:textId="77777777" w:rsidR="00E96B41" w:rsidRDefault="00000000">
      <w:pPr>
        <w:pStyle w:val="ListBullet"/>
      </w:pPr>
      <w:r>
        <w:t>Ask for their feedback on the club experience so far.</w:t>
      </w:r>
    </w:p>
    <w:p w14:paraId="06B1B4C2" w14:textId="77777777" w:rsidR="00E96B41" w:rsidRDefault="00000000">
      <w:pPr>
        <w:pStyle w:val="ListBullet"/>
      </w:pPr>
      <w:r>
        <w:t>Discuss possible leadership or development opportunities.</w:t>
      </w:r>
    </w:p>
    <w:p w14:paraId="6A703B8F" w14:textId="77777777" w:rsidR="00E96B41" w:rsidRDefault="00000000">
      <w:pPr>
        <w:pStyle w:val="Heading1"/>
      </w:pPr>
      <w:r>
        <w:t>Ongoing</w:t>
      </w:r>
    </w:p>
    <w:p w14:paraId="6EA9C8EB" w14:textId="77777777" w:rsidR="00E96B41" w:rsidRDefault="00000000">
      <w:pPr>
        <w:pStyle w:val="ListBullet"/>
      </w:pPr>
      <w:r>
        <w:t>Maintain an open line of communication for questions and support.</w:t>
      </w:r>
    </w:p>
    <w:p w14:paraId="028DD5C3" w14:textId="77777777" w:rsidR="00E96B41" w:rsidRDefault="00000000">
      <w:pPr>
        <w:pStyle w:val="ListBullet"/>
      </w:pPr>
      <w:r>
        <w:t>Continue to encourage participation in projects, meetings, and events.</w:t>
      </w:r>
    </w:p>
    <w:p w14:paraId="164E4D05" w14:textId="77777777" w:rsidR="00E96B41" w:rsidRDefault="00000000">
      <w:pPr>
        <w:pStyle w:val="ListBullet"/>
      </w:pPr>
      <w:r>
        <w:t>Celebrate milestones (e.g., first service project, one-year anniversary).</w:t>
      </w:r>
    </w:p>
    <w:p w14:paraId="54ED6E9E" w14:textId="77777777" w:rsidR="00E96B41" w:rsidRDefault="00000000">
      <w:pPr>
        <w:pStyle w:val="ListBullet"/>
      </w:pPr>
      <w:r>
        <w:t>Help them mentor future new members when ready.</w:t>
      </w:r>
    </w:p>
    <w:sectPr w:rsidR="00E96B41" w:rsidSect="00F14F55">
      <w:footerReference w:type="default" r:id="rId8"/>
      <w:pgSz w:w="12240" w:h="15840"/>
      <w:pgMar w:top="729" w:right="117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30433" w14:textId="77777777" w:rsidR="00F87F34" w:rsidRDefault="00F87F34" w:rsidP="00F14F55">
      <w:pPr>
        <w:spacing w:after="0" w:line="240" w:lineRule="auto"/>
      </w:pPr>
      <w:r>
        <w:separator/>
      </w:r>
    </w:p>
  </w:endnote>
  <w:endnote w:type="continuationSeparator" w:id="0">
    <w:p w14:paraId="6280E48E" w14:textId="77777777" w:rsidR="00F87F34" w:rsidRDefault="00F87F34" w:rsidP="00F14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CA29A" w14:textId="25045557" w:rsidR="00F14F55" w:rsidRDefault="00F14F55">
    <w:pPr>
      <w:pStyle w:val="Footer"/>
    </w:pPr>
    <w:r>
      <w:t xml:space="preserve">D5930 </w:t>
    </w:r>
    <w:r w:rsidR="00A7587D">
      <w:t xml:space="preserve">Membership </w:t>
    </w:r>
    <w:r>
      <w:t>2025</w:t>
    </w:r>
    <w:r w:rsidR="00A7587D">
      <w:t>0510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D34D7" w14:textId="77777777" w:rsidR="00F87F34" w:rsidRDefault="00F87F34" w:rsidP="00F14F55">
      <w:pPr>
        <w:spacing w:after="0" w:line="240" w:lineRule="auto"/>
      </w:pPr>
      <w:r>
        <w:separator/>
      </w:r>
    </w:p>
  </w:footnote>
  <w:footnote w:type="continuationSeparator" w:id="0">
    <w:p w14:paraId="0FC6F879" w14:textId="77777777" w:rsidR="00F87F34" w:rsidRDefault="00F87F34" w:rsidP="00F14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86863223">
    <w:abstractNumId w:val="8"/>
  </w:num>
  <w:num w:numId="2" w16cid:durableId="187182760">
    <w:abstractNumId w:val="6"/>
  </w:num>
  <w:num w:numId="3" w16cid:durableId="1795127627">
    <w:abstractNumId w:val="5"/>
  </w:num>
  <w:num w:numId="4" w16cid:durableId="2025783584">
    <w:abstractNumId w:val="4"/>
  </w:num>
  <w:num w:numId="5" w16cid:durableId="1910117643">
    <w:abstractNumId w:val="7"/>
  </w:num>
  <w:num w:numId="6" w16cid:durableId="1994288879">
    <w:abstractNumId w:val="3"/>
  </w:num>
  <w:num w:numId="7" w16cid:durableId="2047101208">
    <w:abstractNumId w:val="2"/>
  </w:num>
  <w:num w:numId="8" w16cid:durableId="1114790937">
    <w:abstractNumId w:val="1"/>
  </w:num>
  <w:num w:numId="9" w16cid:durableId="1347708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73B14"/>
    <w:rsid w:val="00A7587D"/>
    <w:rsid w:val="00AA1D8D"/>
    <w:rsid w:val="00AB1B6F"/>
    <w:rsid w:val="00B47730"/>
    <w:rsid w:val="00CB0664"/>
    <w:rsid w:val="00DA6316"/>
    <w:rsid w:val="00E96B41"/>
    <w:rsid w:val="00F14F55"/>
    <w:rsid w:val="00F612D1"/>
    <w:rsid w:val="00F87F3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9A279D"/>
  <w14:defaultImageDpi w14:val="300"/>
  <w15:docId w15:val="{73FA1596-4FCC-5245-A4D1-FBFE85CFF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Deborah High</cp:lastModifiedBy>
  <cp:revision>4</cp:revision>
  <dcterms:created xsi:type="dcterms:W3CDTF">2025-05-10T21:01:00Z</dcterms:created>
  <dcterms:modified xsi:type="dcterms:W3CDTF">2025-05-11T00:02:00Z</dcterms:modified>
  <cp:category/>
</cp:coreProperties>
</file>