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7DB7F" w14:textId="77777777" w:rsidR="00356BA1" w:rsidRDefault="00000000">
      <w:pPr>
        <w:pStyle w:val="Title"/>
      </w:pPr>
      <w:r>
        <w:t>Rotary Club New Member Checklist</w:t>
      </w:r>
    </w:p>
    <w:p w14:paraId="7AAC7C5D" w14:textId="77777777" w:rsidR="00356BA1" w:rsidRDefault="00000000">
      <w:pPr>
        <w:pStyle w:val="Heading1"/>
      </w:pPr>
      <w:r>
        <w:t>1. Welcome &amp; Orientation</w:t>
      </w:r>
    </w:p>
    <w:p w14:paraId="462BE4E9" w14:textId="77777777" w:rsidR="00356BA1" w:rsidRDefault="00000000">
      <w:pPr>
        <w:pStyle w:val="ListBullet"/>
      </w:pPr>
      <w:r>
        <w:t>[ ] Send welcome letter/email with club contact details</w:t>
      </w:r>
    </w:p>
    <w:p w14:paraId="1CF9927E" w14:textId="77777777" w:rsidR="00356BA1" w:rsidRDefault="00000000">
      <w:pPr>
        <w:pStyle w:val="ListBullet"/>
      </w:pPr>
      <w:r>
        <w:t>[ ] Assign a mentor or sponsor</w:t>
      </w:r>
    </w:p>
    <w:p w14:paraId="2D75A911" w14:textId="77777777" w:rsidR="00356BA1" w:rsidRDefault="00000000">
      <w:pPr>
        <w:pStyle w:val="ListBullet"/>
      </w:pPr>
      <w:r>
        <w:t>[ ] Provide Rotary materials (New Member Packet, brochure, etc.)</w:t>
      </w:r>
    </w:p>
    <w:p w14:paraId="15E3BAFC" w14:textId="77777777" w:rsidR="00356BA1" w:rsidRDefault="00000000">
      <w:pPr>
        <w:pStyle w:val="ListBullet"/>
      </w:pPr>
      <w:r>
        <w:t>[ ] Schedule a new member orientation meeting</w:t>
      </w:r>
    </w:p>
    <w:p w14:paraId="5C8905CD" w14:textId="77777777" w:rsidR="00356BA1" w:rsidRDefault="00000000">
      <w:pPr>
        <w:pStyle w:val="ListBullet"/>
      </w:pPr>
      <w:r>
        <w:t>[ ] Add member to club communication channels (email list, WhatsApp, etc.)</w:t>
      </w:r>
    </w:p>
    <w:p w14:paraId="0FB0626A" w14:textId="77777777" w:rsidR="00356BA1" w:rsidRDefault="00000000">
      <w:pPr>
        <w:pStyle w:val="Heading1"/>
      </w:pPr>
      <w:r>
        <w:t>2. Administrative Setup</w:t>
      </w:r>
    </w:p>
    <w:p w14:paraId="0933A46D" w14:textId="075AA9BC" w:rsidR="009F31C1" w:rsidRDefault="00000000" w:rsidP="009F31C1">
      <w:pPr>
        <w:pStyle w:val="ListBullet"/>
      </w:pPr>
      <w:proofErr w:type="gramStart"/>
      <w:r>
        <w:t>[ ]</w:t>
      </w:r>
      <w:proofErr w:type="gramEnd"/>
      <w:r>
        <w:t xml:space="preserve"> Collect personal and professional information</w:t>
      </w:r>
    </w:p>
    <w:p w14:paraId="5E079FFF" w14:textId="3CAD6821" w:rsidR="00356BA1" w:rsidRPr="009F31C1" w:rsidRDefault="00000000" w:rsidP="00E50EC5">
      <w:pPr>
        <w:pStyle w:val="ListBullet"/>
        <w:ind w:left="630" w:hanging="630"/>
      </w:pPr>
      <w:proofErr w:type="gramStart"/>
      <w:r w:rsidRPr="009F31C1">
        <w:t>[ ]</w:t>
      </w:r>
      <w:proofErr w:type="gramEnd"/>
      <w:r w:rsidRPr="009F31C1">
        <w:t xml:space="preserve"> </w:t>
      </w:r>
      <w:r w:rsidR="00E50EC5">
        <w:t>Add</w:t>
      </w:r>
      <w:r w:rsidR="009F31C1" w:rsidRPr="009F31C1">
        <w:t xml:space="preserve"> new member information. </w:t>
      </w:r>
      <w:r w:rsidR="00E50EC5">
        <w:t xml:space="preserve">Include new member sponsor(s). </w:t>
      </w:r>
      <w:r w:rsidR="009F31C1" w:rsidRPr="009F31C1">
        <w:t>Contact your Club’s Assistant Governor if assistance is neede</w:t>
      </w:r>
      <w:r w:rsidR="00E50EC5">
        <w:t xml:space="preserve">d. </w:t>
      </w:r>
    </w:p>
    <w:p w14:paraId="6591E9CD" w14:textId="791EEC34" w:rsidR="00356BA1" w:rsidRDefault="00000000">
      <w:pPr>
        <w:pStyle w:val="ListBullet"/>
      </w:pPr>
      <w:proofErr w:type="gramStart"/>
      <w:r>
        <w:t>[ ]</w:t>
      </w:r>
      <w:proofErr w:type="gramEnd"/>
      <w:r>
        <w:t xml:space="preserve"> Issue name badge and Rotary pin</w:t>
      </w:r>
    </w:p>
    <w:p w14:paraId="29C35A74" w14:textId="7DCCCACA" w:rsidR="00356BA1" w:rsidRDefault="00000000">
      <w:pPr>
        <w:pStyle w:val="ListBullet"/>
      </w:pPr>
      <w:proofErr w:type="gramStart"/>
      <w:r>
        <w:t>[ ]</w:t>
      </w:r>
      <w:proofErr w:type="gramEnd"/>
      <w:r>
        <w:t xml:space="preserve"> Provide Rotary login credentials and guidance </w:t>
      </w:r>
      <w:r w:rsidRPr="003B3A07">
        <w:rPr>
          <w:color w:val="000000" w:themeColor="text1"/>
        </w:rPr>
        <w:t xml:space="preserve">on </w:t>
      </w:r>
      <w:r w:rsidR="00F600A5" w:rsidRPr="003B3A07">
        <w:rPr>
          <w:color w:val="000000" w:themeColor="text1"/>
        </w:rPr>
        <w:t xml:space="preserve">Club, District and RI </w:t>
      </w:r>
      <w:r w:rsidRPr="003B3A07">
        <w:rPr>
          <w:color w:val="000000" w:themeColor="text1"/>
        </w:rPr>
        <w:t>websit</w:t>
      </w:r>
      <w:r w:rsidR="00F600A5" w:rsidRPr="003B3A07">
        <w:rPr>
          <w:color w:val="000000" w:themeColor="text1"/>
        </w:rPr>
        <w:t>e</w:t>
      </w:r>
      <w:r w:rsidRPr="003B3A07">
        <w:rPr>
          <w:color w:val="000000" w:themeColor="text1"/>
        </w:rPr>
        <w:t xml:space="preserve"> </w:t>
      </w:r>
      <w:r>
        <w:t>use</w:t>
      </w:r>
    </w:p>
    <w:p w14:paraId="1BA10969" w14:textId="77777777" w:rsidR="00356BA1" w:rsidRDefault="00000000">
      <w:pPr>
        <w:pStyle w:val="Heading1"/>
      </w:pPr>
      <w:r>
        <w:t>3. Club Introduction</w:t>
      </w:r>
    </w:p>
    <w:p w14:paraId="0BF2BF43" w14:textId="77777777" w:rsidR="00356BA1" w:rsidRDefault="00000000">
      <w:pPr>
        <w:pStyle w:val="ListBullet"/>
      </w:pPr>
      <w:r>
        <w:t>[ ] Introduce member at a regular club meeting</w:t>
      </w:r>
    </w:p>
    <w:p w14:paraId="7AA03711" w14:textId="77777777" w:rsidR="00356BA1" w:rsidRDefault="00000000">
      <w:pPr>
        <w:pStyle w:val="ListBullet"/>
      </w:pPr>
      <w:r>
        <w:t>[ ] Give a brief overview of club history, structure, and leadership</w:t>
      </w:r>
    </w:p>
    <w:p w14:paraId="6F6D7D2F" w14:textId="34F80F8A" w:rsidR="00356BA1" w:rsidRDefault="00000000">
      <w:pPr>
        <w:pStyle w:val="ListBullet"/>
      </w:pPr>
      <w:proofErr w:type="gramStart"/>
      <w:r>
        <w:t>[ ]</w:t>
      </w:r>
      <w:proofErr w:type="gramEnd"/>
      <w:r>
        <w:t xml:space="preserve"> </w:t>
      </w:r>
      <w:r w:rsidRPr="003B3A07">
        <w:rPr>
          <w:color w:val="000000" w:themeColor="text1"/>
        </w:rPr>
        <w:t xml:space="preserve">Review </w:t>
      </w:r>
      <w:r w:rsidR="00B11220" w:rsidRPr="003B3A07">
        <w:rPr>
          <w:color w:val="000000" w:themeColor="text1"/>
        </w:rPr>
        <w:t>“</w:t>
      </w:r>
      <w:r w:rsidRPr="003B3A07">
        <w:rPr>
          <w:color w:val="000000" w:themeColor="text1"/>
        </w:rPr>
        <w:t>attendance</w:t>
      </w:r>
      <w:r w:rsidR="00B11220" w:rsidRPr="003B3A07">
        <w:rPr>
          <w:color w:val="000000" w:themeColor="text1"/>
        </w:rPr>
        <w:t>”</w:t>
      </w:r>
      <w:r w:rsidRPr="003B3A07">
        <w:rPr>
          <w:color w:val="000000" w:themeColor="text1"/>
        </w:rPr>
        <w:t xml:space="preserve"> </w:t>
      </w:r>
      <w:r>
        <w:t xml:space="preserve">and </w:t>
      </w:r>
      <w:r w:rsidRPr="003B3A07">
        <w:rPr>
          <w:color w:val="000000" w:themeColor="text1"/>
        </w:rPr>
        <w:t xml:space="preserve">participation </w:t>
      </w:r>
      <w:r w:rsidR="00F600A5" w:rsidRPr="003B3A07">
        <w:rPr>
          <w:color w:val="000000" w:themeColor="text1"/>
        </w:rPr>
        <w:t xml:space="preserve">(engagement) </w:t>
      </w:r>
      <w:r w:rsidRPr="003B3A07">
        <w:rPr>
          <w:color w:val="000000" w:themeColor="text1"/>
        </w:rPr>
        <w:t>expectations</w:t>
      </w:r>
    </w:p>
    <w:p w14:paraId="56687793" w14:textId="77777777" w:rsidR="00356BA1" w:rsidRDefault="00000000">
      <w:pPr>
        <w:pStyle w:val="ListBullet"/>
      </w:pPr>
      <w:r>
        <w:t>[ ] Explain dues, billing, and payment process</w:t>
      </w:r>
    </w:p>
    <w:p w14:paraId="00C013DB" w14:textId="77777777" w:rsidR="00356BA1" w:rsidRDefault="00000000">
      <w:pPr>
        <w:pStyle w:val="Heading1"/>
      </w:pPr>
      <w:r>
        <w:t>4. Rotary Education</w:t>
      </w:r>
    </w:p>
    <w:p w14:paraId="63C656AE" w14:textId="77777777" w:rsidR="00356BA1" w:rsidRDefault="00000000">
      <w:pPr>
        <w:pStyle w:val="ListBullet"/>
      </w:pPr>
      <w:r>
        <w:t>[ ] Provide information on Rotary's Five Avenues of Service</w:t>
      </w:r>
    </w:p>
    <w:p w14:paraId="4AF82BCD" w14:textId="77777777" w:rsidR="00356BA1" w:rsidRDefault="00000000">
      <w:pPr>
        <w:pStyle w:val="ListBullet"/>
      </w:pPr>
      <w:r>
        <w:t>[ ] Share information on the Four-Way Test and Rotary mottoes</w:t>
      </w:r>
    </w:p>
    <w:p w14:paraId="2DB52D91" w14:textId="31C8F049" w:rsidR="00356BA1" w:rsidRDefault="00000000">
      <w:pPr>
        <w:pStyle w:val="ListBullet"/>
      </w:pPr>
      <w:proofErr w:type="gramStart"/>
      <w:r>
        <w:t>[ ]</w:t>
      </w:r>
      <w:proofErr w:type="gramEnd"/>
      <w:r>
        <w:t xml:space="preserve"> Encourage attendance at district or online Rotary </w:t>
      </w:r>
      <w:r w:rsidR="00C2419E" w:rsidRPr="003B3A07">
        <w:rPr>
          <w:color w:val="000000" w:themeColor="text1"/>
        </w:rPr>
        <w:t xml:space="preserve">learning </w:t>
      </w:r>
      <w:r>
        <w:t>events</w:t>
      </w:r>
    </w:p>
    <w:p w14:paraId="1AA1E234" w14:textId="77777777" w:rsidR="00356BA1" w:rsidRDefault="00000000">
      <w:pPr>
        <w:pStyle w:val="ListBullet"/>
      </w:pPr>
      <w:r>
        <w:t>[ ] Recommend the 'Rotary Basics' and 'Learning Center' at MyRotary.org</w:t>
      </w:r>
    </w:p>
    <w:p w14:paraId="4F6FA627" w14:textId="77777777" w:rsidR="00356BA1" w:rsidRDefault="00000000">
      <w:pPr>
        <w:pStyle w:val="Heading1"/>
      </w:pPr>
      <w:r>
        <w:t>5. Engagement &amp; Participation</w:t>
      </w:r>
    </w:p>
    <w:p w14:paraId="09460807" w14:textId="77777777" w:rsidR="00356BA1" w:rsidRDefault="00000000">
      <w:pPr>
        <w:pStyle w:val="ListBullet"/>
      </w:pPr>
      <w:r>
        <w:t>[ ] Invite member to serve on a committee</w:t>
      </w:r>
    </w:p>
    <w:p w14:paraId="5EAEB08F" w14:textId="77777777" w:rsidR="00356BA1" w:rsidRDefault="00000000">
      <w:pPr>
        <w:pStyle w:val="ListBullet"/>
      </w:pPr>
      <w:r>
        <w:t>[ ] Encourage participation in at least one service project</w:t>
      </w:r>
    </w:p>
    <w:p w14:paraId="6EB84ABE" w14:textId="77777777" w:rsidR="00356BA1" w:rsidRDefault="00000000">
      <w:pPr>
        <w:pStyle w:val="ListBullet"/>
      </w:pPr>
      <w:r>
        <w:t>[ ] Schedule 'Classification Talk' for the new member</w:t>
      </w:r>
    </w:p>
    <w:p w14:paraId="2F185156" w14:textId="77777777" w:rsidR="00356BA1" w:rsidRDefault="00000000">
      <w:pPr>
        <w:pStyle w:val="ListBullet"/>
      </w:pPr>
      <w:r>
        <w:t>[ ] Promote attendance at fellowship events and district meetings</w:t>
      </w:r>
    </w:p>
    <w:p w14:paraId="52F522E3" w14:textId="77777777" w:rsidR="00356BA1" w:rsidRDefault="00000000">
      <w:pPr>
        <w:pStyle w:val="ListBullet"/>
      </w:pPr>
      <w:proofErr w:type="gramStart"/>
      <w:r>
        <w:t>[ ]</w:t>
      </w:r>
      <w:proofErr w:type="gramEnd"/>
      <w:r>
        <w:t xml:space="preserve"> Share calendar of upcoming events and service opportunities</w:t>
      </w:r>
    </w:p>
    <w:p w14:paraId="214845B8" w14:textId="77777777" w:rsidR="00356BA1" w:rsidRDefault="00000000">
      <w:pPr>
        <w:pStyle w:val="Heading1"/>
      </w:pPr>
      <w:r>
        <w:t>6. Follow-Up &amp; Feedback</w:t>
      </w:r>
    </w:p>
    <w:p w14:paraId="6CA762DB" w14:textId="7A5EBD4A" w:rsidR="00356BA1" w:rsidRDefault="00000000">
      <w:pPr>
        <w:pStyle w:val="ListBullet"/>
      </w:pPr>
      <w:proofErr w:type="gramStart"/>
      <w:r>
        <w:t>[ ]</w:t>
      </w:r>
      <w:proofErr w:type="gramEnd"/>
      <w:r>
        <w:t xml:space="preserve"> Conduct</w:t>
      </w:r>
      <w:r w:rsidR="00C2419E">
        <w:t xml:space="preserve"> a</w:t>
      </w:r>
      <w:r>
        <w:t xml:space="preserve"> </w:t>
      </w:r>
      <w:r w:rsidRPr="003B3A07">
        <w:t>3-month</w:t>
      </w:r>
      <w:r w:rsidR="00C2419E">
        <w:t xml:space="preserve"> </w:t>
      </w:r>
      <w:r>
        <w:t>check-in with mentor or membership chair</w:t>
      </w:r>
    </w:p>
    <w:p w14:paraId="6C88628B" w14:textId="77777777" w:rsidR="00356BA1" w:rsidRDefault="00000000">
      <w:pPr>
        <w:pStyle w:val="ListBullet"/>
      </w:pPr>
      <w:proofErr w:type="gramStart"/>
      <w:r>
        <w:t>[ ]</w:t>
      </w:r>
      <w:proofErr w:type="gramEnd"/>
      <w:r>
        <w:t xml:space="preserve"> Solicit feedback on onboarding experience</w:t>
      </w:r>
    </w:p>
    <w:p w14:paraId="4739596B" w14:textId="77777777" w:rsidR="00356BA1" w:rsidRDefault="00000000">
      <w:pPr>
        <w:pStyle w:val="ListBullet"/>
      </w:pPr>
      <w:r>
        <w:t>[ ] Encourage long-term goal setting (e.g., leadership roles, Paul Harris Fellow, etc.)</w:t>
      </w:r>
    </w:p>
    <w:p w14:paraId="7E283F80" w14:textId="77777777" w:rsidR="00356BA1" w:rsidRDefault="00000000">
      <w:pPr>
        <w:pStyle w:val="ListBullet"/>
      </w:pPr>
      <w:r>
        <w:t>[ ] Provide a copy of the Rotary Club’s Constitution &amp; ByLaws</w:t>
      </w:r>
    </w:p>
    <w:sectPr w:rsidR="00356BA1" w:rsidSect="00C2419E">
      <w:footerReference w:type="default" r:id="rId8"/>
      <w:pgSz w:w="12240" w:h="15840"/>
      <w:pgMar w:top="351" w:right="1800" w:bottom="113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E541C" w14:textId="77777777" w:rsidR="005D4109" w:rsidRDefault="005D4109" w:rsidP="00C2419E">
      <w:pPr>
        <w:spacing w:after="0" w:line="240" w:lineRule="auto"/>
      </w:pPr>
      <w:r>
        <w:separator/>
      </w:r>
    </w:p>
  </w:endnote>
  <w:endnote w:type="continuationSeparator" w:id="0">
    <w:p w14:paraId="704D95BD" w14:textId="77777777" w:rsidR="005D4109" w:rsidRDefault="005D4109" w:rsidP="00C24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6F0B9" w14:textId="6305B16A" w:rsidR="00C2419E" w:rsidRDefault="00C2419E">
    <w:pPr>
      <w:pStyle w:val="Footer"/>
    </w:pPr>
    <w:r>
      <w:t xml:space="preserve">D5930 </w:t>
    </w:r>
    <w:r w:rsidR="008D200F">
      <w:t xml:space="preserve">Membership </w:t>
    </w:r>
    <w:r w:rsidR="003B3A07">
      <w:t>20250510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AAD1D" w14:textId="77777777" w:rsidR="005D4109" w:rsidRDefault="005D4109" w:rsidP="00C2419E">
      <w:pPr>
        <w:spacing w:after="0" w:line="240" w:lineRule="auto"/>
      </w:pPr>
      <w:r>
        <w:separator/>
      </w:r>
    </w:p>
  </w:footnote>
  <w:footnote w:type="continuationSeparator" w:id="0">
    <w:p w14:paraId="78E5483C" w14:textId="77777777" w:rsidR="005D4109" w:rsidRDefault="005D4109" w:rsidP="00C24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25873092">
    <w:abstractNumId w:val="8"/>
  </w:num>
  <w:num w:numId="2" w16cid:durableId="1077510005">
    <w:abstractNumId w:val="6"/>
  </w:num>
  <w:num w:numId="3" w16cid:durableId="2104102999">
    <w:abstractNumId w:val="5"/>
  </w:num>
  <w:num w:numId="4" w16cid:durableId="2073112007">
    <w:abstractNumId w:val="4"/>
  </w:num>
  <w:num w:numId="5" w16cid:durableId="842168192">
    <w:abstractNumId w:val="7"/>
  </w:num>
  <w:num w:numId="6" w16cid:durableId="2140293196">
    <w:abstractNumId w:val="3"/>
  </w:num>
  <w:num w:numId="7" w16cid:durableId="851335016">
    <w:abstractNumId w:val="2"/>
  </w:num>
  <w:num w:numId="8" w16cid:durableId="103616048">
    <w:abstractNumId w:val="1"/>
  </w:num>
  <w:num w:numId="9" w16cid:durableId="993875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56BA1"/>
    <w:rsid w:val="003B3A07"/>
    <w:rsid w:val="005D4109"/>
    <w:rsid w:val="007456D2"/>
    <w:rsid w:val="008D200F"/>
    <w:rsid w:val="009561EE"/>
    <w:rsid w:val="009F31C1"/>
    <w:rsid w:val="00AA1D8D"/>
    <w:rsid w:val="00AB1B6F"/>
    <w:rsid w:val="00AE7420"/>
    <w:rsid w:val="00B11220"/>
    <w:rsid w:val="00B31092"/>
    <w:rsid w:val="00B47730"/>
    <w:rsid w:val="00C2419E"/>
    <w:rsid w:val="00C53380"/>
    <w:rsid w:val="00CB0664"/>
    <w:rsid w:val="00CC28CF"/>
    <w:rsid w:val="00E50EC5"/>
    <w:rsid w:val="00F600A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AB82A8"/>
  <w14:defaultImageDpi w14:val="300"/>
  <w15:docId w15:val="{73FA1596-4FCC-5245-A4D1-FBFE85CF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Deborah High</cp:lastModifiedBy>
  <cp:revision>3</cp:revision>
  <dcterms:created xsi:type="dcterms:W3CDTF">2025-05-12T00:12:00Z</dcterms:created>
  <dcterms:modified xsi:type="dcterms:W3CDTF">2025-05-12T00:29:00Z</dcterms:modified>
  <cp:category/>
</cp:coreProperties>
</file>